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w="http://schemas.openxmlformats.org/wordprocessingml/2006/main" ns1:Ignorable="w14 w15 w16se w16cid w16 w16cex w16sdtdh wp14">
  <w:body>
    <w:p ns2:paraId="2B31B670" ns2:textId="77777777" w:rsidR="009C39B8" w:rsidRDefault="00000000">
      <w:pPr>
        <w:pStyle w:val="Title"/>
        <w:jc w:val="center"/>
      </w:pPr>
      <w:r>
        <w:rPr>
          <w:rFonts w:ascii="Arial" w:hAnsi="Arial"/>
        </w:rPr>
        <w:t>Dexter Fernandez</w:t>
      </w:r>
    </w:p>
    <w:p ns2:paraId="2D30A04F" ns2:textId="77777777" w:rsidR="009C39B8" w:rsidRDefault="00000000">
      <w:pPr>
        <w:spacing w:after="20"/>
        <w:jc w:val="center"/>
      </w:pPr>
      <w:r>
        <w:rPr>
          <w:b/>
          <w:color w:val="464E54"/>
          <w:sz w:val="19"/>
        </w:rPr>
        <w:t>SOFTWARE ENGINEER</w:t>
      </w:r>
    </w:p>
    <w:p ns2:paraId="3D82C453" ns2:textId="77777777" w:rsidR="009C39B8" w:rsidRDefault="00000000">
      <w:pPr>
        <w:spacing w:after="140" w:line="240" w:lineRule="auto"/>
        <w:jc w:val="center"/>
      </w:pPr>
      <w:r>
        <w:rPr>
          <w:sz w:val="16"/>
        </w:rPr>
        <w:t>Calamba, Philippines | dexterfernandez.dev@gmail.com | https://dexter-fernandez.pages.dev | github.com/dekstre | linkedin.com/in/dekstre</w:t>
      </w:r>
    </w:p>
    <w:p ns2:paraId="5CB284E2" ns2:textId="77777777" w:rsidR="009C39B8" w:rsidRDefault="00000000">
      <w:pPr>
        <w:pStyle w:val="Heading1"/>
        <w:pBdr>
          <w:bottom w:val="single" w:sz="4" w:space="2" w:color="9A9A9A"/>
        </w:pBdr>
      </w:pPr>
      <w:r>
        <w:rPr>
          <w:rFonts w:ascii="Arial" w:hAnsi="Arial"/>
        </w:rPr>
        <w:t>PROFESSIONAL SUMMARY</w:t>
      </w:r>
    </w:p>
    <w:p ns2:paraId="47A0BF0C" ns2:textId="77777777" w:rsidR="009C39B8" w:rsidRDefault="00000000">
      <w:pPr>
        <w:keepLines/>
      </w:pPr>
      <w:r>
        <w:t>Software Engineer with a BS in Computer Engineering (2025) experienced in modernizing Windows desktop and database systems, designing and coding internal business applications, and building workflow automations, web applications, and mobile MVPs across .NET (C#, VB.NET), SQL Server, Oracle, Python, Flutter, and self-hosted n8n.</w:t>
      </w:r>
    </w:p>
    <w:p ns2:paraId="7CCE0D3E" ns2:textId="77777777" w:rsidR="009C39B8" w:rsidRDefault="00000000">
      <w:pPr>
        <w:pStyle w:val="Heading1"/>
        <w:pBdr>
          <w:bottom w:val="single" w:sz="4" w:space="2" w:color="9A9A9A"/>
        </w:pBdr>
      </w:pPr>
      <w:r>
        <w:rPr>
          <w:rFonts w:ascii="Arial" w:hAnsi="Arial"/>
        </w:rPr>
        <w:t>PROFESSIONAL EXPERIENCE</w:t>
      </w:r>
    </w:p>
    <w:p ns2:paraId="07DEF438" ns2:textId="77777777" w:rsidR="009C39B8" w:rsidRDefault="00000000">
      <w:pPr>
        <w:pStyle w:val="Heading2"/>
      </w:pPr>
      <w:r>
        <w:rPr>
          <w:rFonts w:ascii="Arial" w:hAnsi="Arial"/>
        </w:rPr>
        <w:t>Freelance Software Engineer | KodoGen Security Systems | Jul 2025 - Present</w:t>
      </w:r>
    </w:p>
    <w:p ns2:paraId="0F4BC304" ns2:textId="77777777" w:rsidR="009C39B8" w:rsidRDefault="00000000">
      <w:pPr>
        <w:keepLines/>
        <w:spacing w:after="52"/>
        <w:ind w:left="230" w:hanging="187"/>
      </w:pPr>
      <w:r>
        <w:t>- Started with on-site technical support and service documentation for client deployments, then became the lead technical resource.</w:t>
      </w:r>
    </w:p>
    <w:p ns2:paraId="68852C8B" ns2:textId="77777777" w:rsidR="009C39B8" w:rsidRDefault="00000000">
      <w:pPr>
        <w:keepLines/>
        <w:spacing w:after="52"/>
        <w:ind w:left="230" w:hanging="187"/>
      </w:pPr>
      <w:r>
        <w:t>- Modernized a client Windows HR Management System by migrating its database from Microsoft Access to SQL Server Express, refactoring 10,000+ lines of VB.NET data-access code from OleDb to SqlClient, and replacing Access queries with SQL Server views.</w:t>
      </w:r>
    </w:p>
    <w:p ns2:paraId="580AC442" ns2:textId="77777777" w:rsidR="009C39B8" w:rsidRDefault="00000000">
      <w:pPr>
        <w:keepLines/>
        <w:spacing w:after="52"/>
        <w:ind w:left="230" w:hanging="187"/>
      </w:pPr>
      <w:r>
        <w:t>- Built a two-table performance-appraisal workflow, case-sensitive login, data-grid record views, create/edit/delete activity logs, Excel exports for Looker Studio reporting, and client task-list features for clearances, medical records, commendations, suspensions, and monthly inventory disposition reports.</w:t>
      </w:r>
    </w:p>
    <w:p ns2:paraId="30180A2B" ns2:textId="77777777" w:rsidR="009C39B8" w:rsidRDefault="00000000">
      <w:pPr>
        <w:pStyle w:val="Heading2"/>
      </w:pPr>
      <w:r>
        <w:rPr>
          <w:rFonts w:ascii="Arial" w:hAnsi="Arial"/>
        </w:rPr>
        <w:t>Full-Stack Developer Intern | Continental Autonomous Mobility Philippines, Inc. - Quality, Analysis Center | Oct 2024 - Mar 2025</w:t>
      </w:r>
    </w:p>
    <w:p ns2:paraId="254AE692" ns2:textId="77777777" w:rsidR="009C39B8" w:rsidRDefault="00000000">
      <w:pPr>
        <w:keepLines/>
        <w:spacing w:after="52"/>
        <w:ind w:left="230" w:hanging="187"/>
      </w:pPr>
      <w:r>
        <w:t>- Designed and coded the internal Analysis Center Booking System from system flowcharts through Oracle Database integration, incorporating feedback from engineers and the department manager. Built login and sign-up forms, a custom annual calendar, FTP file transfer, and Equipment Registration (add, edit, delete).</w:t>
      </w:r>
    </w:p>
    <w:p ns2:paraId="457C2570" ns2:textId="77777777" w:rsidR="009C39B8" w:rsidRDefault="00000000">
      <w:pPr>
        <w:keepLines/>
        <w:spacing w:after="52"/>
        <w:ind w:left="230" w:hanging="187"/>
      </w:pPr>
      <w:r>
        <w:t>- Practiced SQL queries in Microsoft Access before Oracle integration; used C# from October through December 2024, then switched to Visual Basic in January 2025, which the team was more familiar with.</w:t>
      </w:r>
    </w:p>
    <w:p ns2:paraId="46B50E95" ns2:textId="77777777" w:rsidR="009C39B8" w:rsidRDefault="00000000">
      <w:pPr>
        <w:pStyle w:val="Heading1"/>
        <w:pBdr>
          <w:bottom w:val="single" w:sz="4" w:space="2" w:color="9A9A9A"/>
        </w:pBdr>
      </w:pPr>
      <w:r>
        <w:rPr>
          <w:rFonts w:ascii="Arial" w:hAnsi="Arial"/>
        </w:rPr>
        <w:t>TECHNICAL SKILLS</w:t>
      </w:r>
    </w:p>
    <w:p ns2:paraId="2AFD3C40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Languages: </w:t>
      </w:r>
      <w:r>
        <w:rPr>
          <w:sz w:val="19"/>
        </w:rPr>
        <w:t>Python, JavaScript, C#, Visual Basic, Dart, SQL, C/C++ (Arduino)</w:t>
      </w:r>
    </w:p>
    <w:p ns2:paraId="4FFD4016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Frameworks &amp; web: </w:t>
      </w:r>
      <w:r>
        <w:rPr>
          <w:sz w:val="19"/>
        </w:rPr>
        <w:t>.NET, Windows Forms, Flutter, PHP, HTML/CSS, responsive UI design</w:t>
      </w:r>
    </w:p>
    <w:p ns2:paraId="419067DB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Automation &amp; data pipelines: </w:t>
      </w:r>
      <w:r>
        <w:rPr>
          <w:sz w:val="19"/>
        </w:rPr>
        <w:t>Self-hosted n8n, REST APIs, web scraping, scheduled jobs, Google Sheets integration</w:t>
      </w:r>
    </w:p>
    <w:p ns2:paraId="5BED0A8F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Databases &amp; reporting: </w:t>
      </w:r>
      <w:r>
        <w:rPr>
          <w:sz w:val="19"/>
        </w:rPr>
        <w:t>SQL Server Express, Oracle Database, MySQL, PostgreSQL (Supabase), Microsoft Access, Excel export, Looker Studio (basic), RDLC reports (basic)</w:t>
      </w:r>
    </w:p>
    <w:p ns2:paraId="2FBAED29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AI, vision &amp; systems: </w:t>
      </w:r>
      <w:r>
        <w:rPr>
          <w:sz w:val="19"/>
        </w:rPr>
        <w:t>OpenCV, TensorFlow Lite, MediaPipe, LLM / OpenAI APIs, prompt engineering, Obsidian / Markdown knowledge systems (Autonoma), Graphify</w:t>
      </w:r>
    </w:p>
    <w:p ns2:paraId="3129163C" ns2:textId="77777777" w:rsidR="009C39B8" w:rsidRDefault="00000000">
      <w:pPr>
        <w:keepLines/>
        <w:spacing w:after="12"/>
      </w:pPr>
      <w:r>
        <w:rPr>
          <w:b/>
          <w:sz w:val="19"/>
        </w:rPr>
        <w:t xml:space="preserve">Tools &amp; device integration: </w:t>
      </w:r>
      <w:r>
        <w:rPr>
          <w:sz w:val="19"/>
        </w:rPr>
        <w:t>Git, GitHub, Visual Studio, VS Code, Codemagic, Debian Linux, Vercel, PySerial, QR &amp; USB camera integration, Raspberry Pi, Arduino, MFRC522 RFID</w:t>
      </w:r>
    </w:p>
    <w:p ns2:paraId="1046DB8F" ns2:textId="77777777" w:rsidR="009C39B8" w:rsidRDefault="00000000">
      <w:pPr>
        <w:pStyle w:val="Heading1"/>
        <w:pBdr>
          <w:bottom w:val="single" w:sz="4" w:space="2" w:color="9A9A9A"/>
        </w:pBdr>
      </w:pPr>
      <w:r>
        <w:rPr>
          <w:rFonts w:ascii="Arial" w:hAnsi="Arial"/>
        </w:rPr>
        <w:t>SELECTED PROJECTS</w:t>
      </w:r>
    </w:p>
    <w:p ns2:paraId="0961B5AC" ns2:textId="77777777" w:rsidR="009C39B8" w:rsidRDefault="00000000">
      <w:pPr>
        <w:pStyle w:val="Heading2"/>
      </w:pPr>
      <w:r>
        <w:rPr>
          <w:rFonts w:ascii="Arial" w:hAnsi="Arial"/>
        </w:rPr>
        <w:t>AdsRadar | Local research automation MVP (Python, Meta Ads Library API, n8n, Google Sheets)</w:t>
      </w:r>
    </w:p>
    <w:p ns2:paraId="04834E38" ns2:textId="77777777" w:rsidR="009C39B8" w:rsidRDefault="00000000">
      <w:pPr>
        <w:keepLines/>
        <w:spacing w:after="52"/>
        <w:ind w:left="230" w:hanging="187"/>
      </w:pPr>
      <w:r>
        <w:t>- Built a scheduled weekly Python and n8n workflow (Mondays 03:00) that gathers Meta advertisers, checks storefront and review signals, filters and scores brands, polls API status every 3 minutes, and upserts results to Google Sheets by page_id after passing health checks.</w:t>
      </w:r>
    </w:p>
    <w:p ns2:paraId="3C5C7FCE" ns2:textId="77777777" w:rsidR="009C39B8" w:rsidRDefault="00000000">
      <w:pPr>
        <w:pStyle w:val="Heading2"/>
      </w:pPr>
      <w:r>
        <w:rPr>
          <w:rFonts w:ascii="Arial" w:hAnsi="Arial"/>
        </w:rPr>
        <w:t>Shopify Web Scrape | Product &amp; price-tracking workflow MVP (n8n, Supabase, PostgreSQL, JavaScript)</w:t>
      </w:r>
    </w:p>
    <w:p ns2:paraId="439FC3EC" ns2:textId="77777777" w:rsidR="009C39B8" w:rsidRDefault="00000000">
      <w:pPr>
        <w:keepLines/>
        <w:spacing w:after="52"/>
        <w:ind w:left="230" w:hanging="187"/>
      </w:pPr>
      <w:r>
        <w:t>- Built a local n8n workflow running every 6 hours that reads store lists from Supabase, fetches up to 250 products per store via /products.json, records price history in product_snapshots, and upserts product records via REST.</w:t>
      </w:r>
    </w:p>
    <w:p ns2:paraId="632C1684" ns2:textId="77777777" w:rsidR="009C39B8" w:rsidRDefault="00000000">
      <w:pPr>
        <w:pStyle w:val="Heading2"/>
      </w:pPr>
      <w:r>
        <w:rPr>
          <w:rFonts w:ascii="Arial" w:hAnsi="Arial"/>
        </w:rPr>
        <w:t>Mobile Inventory System | Offline-first Flutter MVP (Flutter, Dart, Codemagic)</w:t>
      </w:r>
    </w:p>
    <w:p ns2:paraId="2D68A15E" ns2:textId="77777777" w:rsidR="009C39B8" w:rsidRDefault="00000000">
      <w:pPr>
        <w:keepLines/>
        <w:spacing w:after="52"/>
        <w:ind w:left="230" w:hanging="187"/>
      </w:pPr>
      <w:r>
        <w:t>- Built an offline-first QR equipment-tracking app for KodoGen Security Systems with asynchronous camera lifecycle handling that saves photos into serial-number folders; tested on physical Android and iPhone devices via Codemagic cloud builds.</w:t>
      </w:r>
    </w:p>
    <w:p ns2:paraId="22035DB4" ns2:textId="5B13FCF6" w:rsidR="009C39B8" w:rsidRDefault="00000000">
      <w:pPr>
        <w:pStyle w:val="Heading2"/>
      </w:pPr>
      <w:r>
        <w:rPr>
          <w:rFonts w:ascii="Arial" w:hAnsi="Arial"/>
        </w:rPr>
        <w:t>EmoSense | Thesis | Best Research (Python, OpenCV, TensorFlow Lite, PHP/MySQL, OpenAI API, Raspberry Pi 4B)</w:t>
      </w:r>
    </w:p>
    <w:p ns2:paraId="762E91F6" ns2:textId="77777777" w:rsidR="009C39B8" w:rsidRDefault="00000000">
      <w:pPr>
        <w:keepLines/>
        <w:spacing w:after="52"/>
        <w:ind w:left="230" w:hanging="187"/>
      </w:pPr>
      <w:r>
        <w:t>- Proposed the concept and developed the system software for a school guidance-support system combining webcam facial-expression recognition, a 25-item student assessment, a PHP/MySQL dashboard, and AI counseling recommendations; rated 4.54/5 (Outstanding) for overall system quality.</w:t>
      </w:r>
    </w:p>
    <w:p ns2:paraId="73A286D2" ns2:textId="77777777" w:rsidR="009C39B8" w:rsidRDefault="00000000">
      <w:pPr>
        <w:pStyle w:val="Heading1"/>
        <w:pBdr>
          <w:bottom w:val="single" w:sz="4" w:space="2" w:color="9A9A9A"/>
        </w:pBdr>
      </w:pPr>
      <w:r>
        <w:rPr>
          <w:rFonts w:ascii="Arial" w:hAnsi="Arial"/>
        </w:rPr>
        <w:t>EDUCATION AND CERTIFICATION</w:t>
      </w:r>
    </w:p>
    <w:p ns2:paraId="3D1B1B41" ns2:textId="77777777" w:rsidR="009C39B8" w:rsidRDefault="00000000">
      <w:pPr>
        <w:keepLines/>
        <w:spacing w:after="20"/>
      </w:pPr>
      <w:r>
        <w:rPr>
          <w:b/>
        </w:rPr>
        <w:t>BS Computer Engineering | Laguna College of Business and Arts | 2025</w:t>
      </w:r>
    </w:p>
    <w:p ns2:paraId="53F154EB" ns2:textId="77777777" w:rsidR="009C39B8" w:rsidRDefault="00000000">
      <w:pPr>
        <w:keepLines/>
        <w:spacing w:after="0"/>
      </w:pPr>
      <w:r>
        <w:rPr>
          <w:b/>
        </w:rPr>
        <w:t>TESDA NC II, Computer Systems Servicing | 2025-2030</w:t>
      </w:r>
    </w:p>
    <w:sectPr w:rsidR="009C39B8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6554752">
    <w:abstractNumId w:val="8"/>
  </w:num>
  <w:num w:numId="2" w16cid:durableId="885682555">
    <w:abstractNumId w:val="6"/>
  </w:num>
  <w:num w:numId="3" w16cid:durableId="1666392675">
    <w:abstractNumId w:val="5"/>
  </w:num>
  <w:num w:numId="4" w16cid:durableId="53433035">
    <w:abstractNumId w:val="4"/>
  </w:num>
  <w:num w:numId="5" w16cid:durableId="1054039817">
    <w:abstractNumId w:val="7"/>
  </w:num>
  <w:num w:numId="6" w16cid:durableId="1686202469">
    <w:abstractNumId w:val="3"/>
  </w:num>
  <w:num w:numId="7" w16cid:durableId="750197110">
    <w:abstractNumId w:val="2"/>
  </w:num>
  <w:num w:numId="8" w16cid:durableId="624626748">
    <w:abstractNumId w:val="1"/>
  </w:num>
  <w:num w:numId="9" w16cid:durableId="206532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6AC0"/>
    <w:rsid w:val="006D19DA"/>
    <w:rsid w:val="009C39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C98C7E"/>
  <w14:defaultImageDpi w14:val="300"/>
  <w15:docId w15:val="{D48EC19B-27D7-414E-9275-BDF37486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8" w:line="245" w:lineRule="auto"/>
    </w:pPr>
    <w:rPr>
      <w:rFonts w:ascii="Arial" w:hAnsi="Arial"/>
      <w:color w:val="141414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70" w:after="3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Dexter Fernandez ATS Resume</dc:title>
  <dc:subject>Software Engineer resume aligned with portfolio</dc:subject>
  <dc:creator>Dexter Fernandez</dc:creator>
  <cp:keywords>Software Engineer, .NET, SQL Server, Oracle, Python, Flutter, n8n, OpenCV, automation</cp:keywords>
  <dc:description>generated by python-docx</dc:description>
  <cp:lastModifiedBy>Dexter Fernandez</cp:lastModifiedBy>
  <cp:revision>2</cp:revision>
  <dcterms:created xsi:type="dcterms:W3CDTF">2013-12-23T23:15:00Z</dcterms:created>
  <dcterms:modified xsi:type="dcterms:W3CDTF">2026-10-08T18:55:00Z</dcterms:modified>
  <cp:category/>
</cp:coreProperties>
</file>